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83EE7" w14:textId="77777777" w:rsidR="00303A7C" w:rsidRPr="00A85CA4" w:rsidRDefault="00491004">
      <w:pPr>
        <w:spacing w:before="240" w:after="240"/>
        <w:jc w:val="center"/>
        <w:rPr>
          <w:szCs w:val="24"/>
          <w:lang w:val="pt-BR"/>
        </w:rPr>
      </w:pPr>
      <w:r w:rsidRPr="00A85CA4">
        <w:rPr>
          <w:b/>
          <w:szCs w:val="24"/>
          <w:lang w:val="pt-BR"/>
        </w:rPr>
        <w:t>ANEXO III</w:t>
      </w:r>
      <w:r w:rsidRPr="00A85CA4">
        <w:rPr>
          <w:b/>
          <w:szCs w:val="24"/>
          <w:lang w:val="pt-BR"/>
        </w:rPr>
        <w:br/>
        <w:t>AUTORIZAÇÃO DE USO DE IMAGEM DE MENOR DE IDADE</w:t>
      </w:r>
    </w:p>
    <w:p w14:paraId="01E1E7BB" w14:textId="77777777" w:rsidR="00303A7C" w:rsidRDefault="00491004">
      <w:pPr>
        <w:spacing w:after="120" w:line="360" w:lineRule="auto"/>
        <w:jc w:val="center"/>
        <w:rPr>
          <w:b/>
          <w:szCs w:val="24"/>
          <w:lang w:val="pt-BR"/>
        </w:rPr>
      </w:pPr>
      <w:r w:rsidRPr="00A85CA4">
        <w:rPr>
          <w:b/>
          <w:szCs w:val="24"/>
          <w:lang w:val="pt-BR"/>
        </w:rPr>
        <w:t xml:space="preserve">EDITAL DE CHAMAMENTO PÚBLICO Nº 002/2026 – FRANCISCO CLEIRTON MORAES SALVIANO DE FOMENTO ÀS QUADRILHAS JUNINAS DE </w:t>
      </w:r>
      <w:r w:rsidRPr="00A85CA4">
        <w:rPr>
          <w:b/>
          <w:szCs w:val="24"/>
          <w:lang w:val="pt-BR"/>
        </w:rPr>
        <w:t>AIUABA</w:t>
      </w:r>
    </w:p>
    <w:p w14:paraId="5283B32B" w14:textId="77777777" w:rsidR="00A85CA4" w:rsidRPr="00A85CA4" w:rsidRDefault="00A85CA4">
      <w:pPr>
        <w:spacing w:after="120" w:line="360" w:lineRule="auto"/>
        <w:jc w:val="center"/>
        <w:rPr>
          <w:szCs w:val="24"/>
          <w:lang w:val="pt-BR"/>
        </w:rPr>
      </w:pPr>
      <w:bookmarkStart w:id="0" w:name="_GoBack"/>
      <w:bookmarkEnd w:id="0"/>
    </w:p>
    <w:p w14:paraId="217D6858" w14:textId="77777777" w:rsidR="00303A7C" w:rsidRPr="00A85CA4" w:rsidRDefault="00491004">
      <w:pPr>
        <w:spacing w:after="120" w:line="360" w:lineRule="auto"/>
        <w:jc w:val="both"/>
        <w:rPr>
          <w:szCs w:val="24"/>
          <w:lang w:val="pt-BR"/>
        </w:rPr>
      </w:pPr>
      <w:r w:rsidRPr="00A85CA4">
        <w:rPr>
          <w:szCs w:val="24"/>
          <w:lang w:val="pt-BR"/>
        </w:rPr>
        <w:t>Eu,</w:t>
      </w:r>
      <w:r w:rsidRPr="00A85CA4">
        <w:rPr>
          <w:szCs w:val="24"/>
          <w:lang w:val="pt-BR"/>
        </w:rPr>
        <w:t>________________________________________________________________, portador(a) do CPF nº ________________________</w:t>
      </w:r>
      <w:r w:rsidRPr="00A85CA4">
        <w:rPr>
          <w:szCs w:val="24"/>
          <w:lang w:val="pt-BR"/>
        </w:rPr>
        <w:t>, na qualidade de responsável legal pelo(a) menor abaixo qualificado(a):</w:t>
      </w:r>
    </w:p>
    <w:p w14:paraId="6318BBC7" w14:textId="77777777" w:rsidR="00303A7C" w:rsidRPr="00A85CA4" w:rsidRDefault="00491004">
      <w:pPr>
        <w:spacing w:after="120" w:line="360" w:lineRule="auto"/>
        <w:jc w:val="both"/>
        <w:rPr>
          <w:szCs w:val="24"/>
          <w:lang w:val="pt-BR"/>
        </w:rPr>
      </w:pPr>
      <w:r w:rsidRPr="00A85CA4">
        <w:rPr>
          <w:szCs w:val="24"/>
          <w:lang w:val="pt-BR"/>
        </w:rPr>
        <w:t>Nome do Men</w:t>
      </w:r>
      <w:r w:rsidR="00A85CA4">
        <w:rPr>
          <w:szCs w:val="24"/>
          <w:lang w:val="pt-BR"/>
        </w:rPr>
        <w:t xml:space="preserve">or: </w:t>
      </w:r>
      <w:r w:rsidRPr="00A85CA4">
        <w:rPr>
          <w:szCs w:val="24"/>
          <w:lang w:val="pt-BR"/>
        </w:rPr>
        <w:t>__</w:t>
      </w:r>
      <w:r w:rsidRPr="00A85CA4">
        <w:rPr>
          <w:szCs w:val="24"/>
          <w:lang w:val="pt-BR"/>
        </w:rPr>
        <w:t>_____________________</w:t>
      </w:r>
      <w:r w:rsidR="00A85CA4">
        <w:rPr>
          <w:szCs w:val="24"/>
          <w:lang w:val="pt-BR"/>
        </w:rPr>
        <w:t>___</w:t>
      </w:r>
      <w:r w:rsidRPr="00A85CA4">
        <w:rPr>
          <w:szCs w:val="24"/>
          <w:lang w:val="pt-BR"/>
        </w:rPr>
        <w:t>____________________________</w:t>
      </w:r>
    </w:p>
    <w:p w14:paraId="46E8A9E5" w14:textId="77777777" w:rsidR="00303A7C" w:rsidRPr="00A85CA4" w:rsidRDefault="00491004">
      <w:pPr>
        <w:spacing w:after="120" w:line="360" w:lineRule="auto"/>
        <w:jc w:val="both"/>
        <w:rPr>
          <w:szCs w:val="24"/>
          <w:lang w:val="pt-BR"/>
        </w:rPr>
      </w:pPr>
      <w:r w:rsidRPr="00A85CA4">
        <w:rPr>
          <w:szCs w:val="24"/>
          <w:lang w:val="pt-BR"/>
        </w:rPr>
        <w:t>Data de Nascimento: ____/____/________</w:t>
      </w:r>
      <w:r w:rsidR="00A85CA4">
        <w:rPr>
          <w:szCs w:val="24"/>
          <w:lang w:val="pt-BR"/>
        </w:rPr>
        <w:t xml:space="preserve">, </w:t>
      </w:r>
      <w:r w:rsidRPr="00A85CA4">
        <w:rPr>
          <w:szCs w:val="24"/>
          <w:lang w:val="pt-BR"/>
        </w:rPr>
        <w:t>CPF (se houver): _________________________</w:t>
      </w:r>
    </w:p>
    <w:p w14:paraId="66CA7F8B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018BF109" w14:textId="77777777" w:rsidR="00303A7C" w:rsidRPr="00A85CA4" w:rsidRDefault="00491004">
      <w:pPr>
        <w:spacing w:after="120" w:line="360" w:lineRule="auto"/>
        <w:ind w:firstLine="709"/>
        <w:jc w:val="both"/>
        <w:rPr>
          <w:szCs w:val="24"/>
          <w:lang w:val="pt-BR"/>
        </w:rPr>
      </w:pPr>
      <w:r w:rsidRPr="00A85CA4">
        <w:rPr>
          <w:szCs w:val="24"/>
          <w:lang w:val="pt-BR"/>
        </w:rPr>
        <w:t>AUTORIZO a participação do(a) referido(a) menor nas atividades culturais vinculadas ao Edital de Chamamento Público nº 00</w:t>
      </w:r>
      <w:r w:rsidRPr="00A85CA4">
        <w:rPr>
          <w:szCs w:val="24"/>
          <w:lang w:val="pt-BR"/>
        </w:rPr>
        <w:t xml:space="preserve">2/2026 – Francisco </w:t>
      </w:r>
      <w:proofErr w:type="spellStart"/>
      <w:r w:rsidRPr="00A85CA4">
        <w:rPr>
          <w:szCs w:val="24"/>
          <w:lang w:val="pt-BR"/>
        </w:rPr>
        <w:t>Cleirton</w:t>
      </w:r>
      <w:proofErr w:type="spellEnd"/>
      <w:r w:rsidRPr="00A85CA4">
        <w:rPr>
          <w:szCs w:val="24"/>
          <w:lang w:val="pt-BR"/>
        </w:rPr>
        <w:t xml:space="preserve"> Moraes </w:t>
      </w:r>
      <w:proofErr w:type="spellStart"/>
      <w:r w:rsidRPr="00A85CA4">
        <w:rPr>
          <w:szCs w:val="24"/>
          <w:lang w:val="pt-BR"/>
        </w:rPr>
        <w:t>Salviano</w:t>
      </w:r>
      <w:proofErr w:type="spellEnd"/>
      <w:r w:rsidRPr="00A85CA4">
        <w:rPr>
          <w:szCs w:val="24"/>
          <w:lang w:val="pt-BR"/>
        </w:rPr>
        <w:t xml:space="preserve"> de Fomento às Quadrilhas Juninas de </w:t>
      </w:r>
      <w:proofErr w:type="spellStart"/>
      <w:r w:rsidRPr="00A85CA4">
        <w:rPr>
          <w:szCs w:val="24"/>
          <w:lang w:val="pt-BR"/>
        </w:rPr>
        <w:t>Aiuaba</w:t>
      </w:r>
      <w:proofErr w:type="spellEnd"/>
      <w:r w:rsidRPr="00A85CA4">
        <w:rPr>
          <w:szCs w:val="24"/>
          <w:lang w:val="pt-BR"/>
        </w:rPr>
        <w:t>.</w:t>
      </w:r>
    </w:p>
    <w:p w14:paraId="70AA8B35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59AB5F26" w14:textId="77777777" w:rsidR="00303A7C" w:rsidRPr="00A85CA4" w:rsidRDefault="00491004">
      <w:pPr>
        <w:spacing w:after="120" w:line="360" w:lineRule="auto"/>
        <w:ind w:firstLine="709"/>
        <w:jc w:val="both"/>
        <w:rPr>
          <w:szCs w:val="24"/>
          <w:lang w:val="pt-BR"/>
        </w:rPr>
      </w:pPr>
      <w:r w:rsidRPr="00A85CA4">
        <w:rPr>
          <w:szCs w:val="24"/>
          <w:lang w:val="pt-BR"/>
        </w:rPr>
        <w:t xml:space="preserve">AUTORIZO, outrossim, o Município de </w:t>
      </w:r>
      <w:proofErr w:type="spellStart"/>
      <w:r w:rsidRPr="00A85CA4">
        <w:rPr>
          <w:szCs w:val="24"/>
          <w:lang w:val="pt-BR"/>
        </w:rPr>
        <w:t>Aiuaba</w:t>
      </w:r>
      <w:proofErr w:type="spellEnd"/>
      <w:r w:rsidRPr="00A85CA4">
        <w:rPr>
          <w:szCs w:val="24"/>
          <w:lang w:val="pt-BR"/>
        </w:rPr>
        <w:t xml:space="preserve"> e a Secretaria Municipal de Cultura e Turismo a utilizarem de forma inteiramente gratuita as imagens, fotografias, vídeos e d</w:t>
      </w:r>
      <w:r w:rsidRPr="00A85CA4">
        <w:rPr>
          <w:szCs w:val="24"/>
          <w:lang w:val="pt-BR"/>
        </w:rPr>
        <w:t>emais registros audiovisuais capturados durante os ensaios, apresentações e eventos correlatos. O uso destas mídias destina-se exclusivamente a fins institucionais, informativos, educativos, de prestação de contas e de transparência pública nas redes ofici</w:t>
      </w:r>
      <w:r w:rsidRPr="00A85CA4">
        <w:rPr>
          <w:szCs w:val="24"/>
          <w:lang w:val="pt-BR"/>
        </w:rPr>
        <w:t xml:space="preserve">ais e canais de comunicação da municipalidade, vedada qualquer exploração comercial, em estrita observância às disposições da Lei Federal nº 13.709/2018 (Lei Geral de Proteção de Dados Pessoais – LGPD) e da Lei Federal nº 8.069/1990 (Estatuto da Criança e </w:t>
      </w:r>
      <w:r w:rsidRPr="00A85CA4">
        <w:rPr>
          <w:szCs w:val="24"/>
          <w:lang w:val="pt-BR"/>
        </w:rPr>
        <w:t>do Adolescente – ECA).</w:t>
      </w:r>
    </w:p>
    <w:p w14:paraId="1E6E1397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7FF25913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0F502A36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11701A49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14AD0CA2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4DCA5979" w14:textId="77777777" w:rsid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66D760C1" w14:textId="77777777" w:rsidR="00303A7C" w:rsidRDefault="00491004">
      <w:pPr>
        <w:spacing w:after="120" w:line="360" w:lineRule="auto"/>
        <w:ind w:firstLine="709"/>
        <w:jc w:val="both"/>
        <w:rPr>
          <w:szCs w:val="24"/>
          <w:lang w:val="pt-BR"/>
        </w:rPr>
      </w:pPr>
      <w:r w:rsidRPr="00A85CA4">
        <w:rPr>
          <w:szCs w:val="24"/>
          <w:lang w:val="pt-BR"/>
        </w:rPr>
        <w:t>A presente autorização é concedida a título gratuito, abrangendo todo o território nacional e internacional, pelo período necessário ao cumprimento das metas do edital e manutenção dos arquivos de prestação de contas institucionais.</w:t>
      </w:r>
    </w:p>
    <w:p w14:paraId="6FA7B83B" w14:textId="77777777" w:rsidR="00A85CA4" w:rsidRPr="00A85CA4" w:rsidRDefault="00A85CA4">
      <w:pPr>
        <w:spacing w:after="120" w:line="360" w:lineRule="auto"/>
        <w:ind w:firstLine="709"/>
        <w:jc w:val="both"/>
        <w:rPr>
          <w:szCs w:val="24"/>
          <w:lang w:val="pt-BR"/>
        </w:rPr>
      </w:pPr>
    </w:p>
    <w:p w14:paraId="1053B3C3" w14:textId="77777777" w:rsidR="00303A7C" w:rsidRDefault="00491004">
      <w:pPr>
        <w:spacing w:after="120" w:line="360" w:lineRule="auto"/>
        <w:jc w:val="center"/>
        <w:rPr>
          <w:szCs w:val="24"/>
          <w:lang w:val="pt-BR"/>
        </w:rPr>
      </w:pPr>
      <w:proofErr w:type="spellStart"/>
      <w:r w:rsidRPr="00A85CA4">
        <w:rPr>
          <w:szCs w:val="24"/>
          <w:lang w:val="pt-BR"/>
        </w:rPr>
        <w:t>Aiuaba</w:t>
      </w:r>
      <w:proofErr w:type="spellEnd"/>
      <w:r w:rsidRPr="00A85CA4">
        <w:rPr>
          <w:szCs w:val="24"/>
          <w:lang w:val="pt-BR"/>
        </w:rPr>
        <w:t xml:space="preserve">/CE, ____ de __________________ </w:t>
      </w:r>
      <w:proofErr w:type="spellStart"/>
      <w:r w:rsidRPr="00A85CA4">
        <w:rPr>
          <w:szCs w:val="24"/>
          <w:lang w:val="pt-BR"/>
        </w:rPr>
        <w:t>de</w:t>
      </w:r>
      <w:proofErr w:type="spellEnd"/>
      <w:r w:rsidRPr="00A85CA4">
        <w:rPr>
          <w:szCs w:val="24"/>
          <w:lang w:val="pt-BR"/>
        </w:rPr>
        <w:t xml:space="preserve"> 2026.</w:t>
      </w:r>
    </w:p>
    <w:p w14:paraId="7623EAEC" w14:textId="77777777" w:rsidR="00A85CA4" w:rsidRPr="00A85CA4" w:rsidRDefault="00A85CA4">
      <w:pPr>
        <w:spacing w:after="120" w:line="360" w:lineRule="auto"/>
        <w:jc w:val="center"/>
        <w:rPr>
          <w:szCs w:val="24"/>
          <w:lang w:val="pt-BR"/>
        </w:rPr>
      </w:pPr>
    </w:p>
    <w:p w14:paraId="5AF84A95" w14:textId="77777777" w:rsidR="00A85CA4" w:rsidRDefault="00491004">
      <w:pPr>
        <w:spacing w:line="312" w:lineRule="auto"/>
        <w:jc w:val="center"/>
        <w:rPr>
          <w:szCs w:val="24"/>
          <w:lang w:val="pt-BR"/>
        </w:rPr>
      </w:pPr>
      <w:r w:rsidRPr="00A85CA4">
        <w:rPr>
          <w:bCs/>
          <w:szCs w:val="24"/>
          <w:lang w:val="pt-BR"/>
        </w:rPr>
        <w:t>___________________________________________________</w:t>
      </w:r>
      <w:r w:rsidRPr="00A85CA4">
        <w:rPr>
          <w:b/>
          <w:szCs w:val="24"/>
          <w:lang w:val="pt-BR"/>
        </w:rPr>
        <w:br/>
      </w:r>
      <w:r w:rsidRPr="00A85CA4">
        <w:rPr>
          <w:szCs w:val="24"/>
          <w:lang w:val="pt-BR"/>
        </w:rPr>
        <w:t>Assinatura do Responsável Legal</w:t>
      </w:r>
    </w:p>
    <w:p w14:paraId="025210DF" w14:textId="77777777" w:rsidR="00303A7C" w:rsidRPr="00A85CA4" w:rsidRDefault="00491004">
      <w:pPr>
        <w:spacing w:line="312" w:lineRule="auto"/>
        <w:jc w:val="center"/>
        <w:rPr>
          <w:szCs w:val="24"/>
          <w:lang w:val="pt-BR"/>
        </w:rPr>
      </w:pPr>
      <w:r w:rsidRPr="00A85CA4">
        <w:rPr>
          <w:szCs w:val="24"/>
          <w:lang w:val="pt-BR"/>
        </w:rPr>
        <w:br/>
        <w:t>Nome: ___________________________________________</w:t>
      </w:r>
      <w:r w:rsidRPr="00A85CA4">
        <w:rPr>
          <w:szCs w:val="24"/>
          <w:lang w:val="pt-BR"/>
        </w:rPr>
        <w:br/>
        <w:t>CPF nº: __________________________________________</w:t>
      </w:r>
      <w:r w:rsidRPr="00A85CA4">
        <w:rPr>
          <w:szCs w:val="24"/>
          <w:lang w:val="pt-BR"/>
        </w:rPr>
        <w:br/>
        <w:t>Telefone/Contato: ____</w:t>
      </w:r>
      <w:r w:rsidRPr="00A85CA4">
        <w:rPr>
          <w:szCs w:val="24"/>
          <w:lang w:val="pt-BR"/>
        </w:rPr>
        <w:t>_____________________________</w:t>
      </w:r>
      <w:r w:rsidRPr="00A85CA4">
        <w:rPr>
          <w:szCs w:val="24"/>
          <w:lang w:val="pt-BR"/>
        </w:rPr>
        <w:br/>
      </w:r>
    </w:p>
    <w:p w14:paraId="215DED37" w14:textId="77777777" w:rsidR="00303A7C" w:rsidRPr="00A85CA4" w:rsidRDefault="00303A7C">
      <w:pPr>
        <w:spacing w:after="240"/>
        <w:rPr>
          <w:szCs w:val="24"/>
          <w:lang w:val="pt-BR"/>
        </w:rPr>
      </w:pPr>
    </w:p>
    <w:p w14:paraId="2B622549" w14:textId="77777777" w:rsidR="00303A7C" w:rsidRPr="00A85CA4" w:rsidRDefault="00491004">
      <w:pPr>
        <w:spacing w:line="312" w:lineRule="auto"/>
        <w:jc w:val="center"/>
        <w:rPr>
          <w:szCs w:val="24"/>
        </w:rPr>
      </w:pPr>
      <w:proofErr w:type="spellStart"/>
      <w:r w:rsidRPr="00A85CA4">
        <w:rPr>
          <w:szCs w:val="24"/>
        </w:rPr>
        <w:t>Menor</w:t>
      </w:r>
      <w:proofErr w:type="spellEnd"/>
      <w:r w:rsidRPr="00A85CA4">
        <w:rPr>
          <w:szCs w:val="24"/>
        </w:rPr>
        <w:t xml:space="preserve"> </w:t>
      </w:r>
      <w:proofErr w:type="spellStart"/>
      <w:r w:rsidRPr="00A85CA4">
        <w:rPr>
          <w:szCs w:val="24"/>
        </w:rPr>
        <w:t>Participante</w:t>
      </w:r>
      <w:proofErr w:type="spellEnd"/>
      <w:r w:rsidRPr="00A85CA4">
        <w:rPr>
          <w:szCs w:val="24"/>
        </w:rPr>
        <w:t>:</w:t>
      </w:r>
      <w:r w:rsidRPr="00A85CA4">
        <w:rPr>
          <w:szCs w:val="24"/>
        </w:rPr>
        <w:br/>
        <w:t>Nome: ___________________________________________</w:t>
      </w:r>
      <w:r w:rsidRPr="00A85CA4">
        <w:rPr>
          <w:szCs w:val="24"/>
        </w:rPr>
        <w:br/>
      </w:r>
    </w:p>
    <w:sectPr w:rsidR="00303A7C" w:rsidRPr="00A85CA4" w:rsidSect="00034616">
      <w:headerReference w:type="default" r:id="rId8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3BE22" w14:textId="77777777" w:rsidR="00A85CA4" w:rsidRDefault="00A85CA4" w:rsidP="00A85CA4">
      <w:pPr>
        <w:spacing w:after="0" w:line="240" w:lineRule="auto"/>
      </w:pPr>
      <w:r>
        <w:separator/>
      </w:r>
    </w:p>
  </w:endnote>
  <w:endnote w:type="continuationSeparator" w:id="0">
    <w:p w14:paraId="1E906E22" w14:textId="77777777" w:rsidR="00A85CA4" w:rsidRDefault="00A85CA4" w:rsidP="00A8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A3889" w14:textId="77777777" w:rsidR="00A85CA4" w:rsidRDefault="00A85CA4" w:rsidP="00A85CA4">
      <w:pPr>
        <w:spacing w:after="0" w:line="240" w:lineRule="auto"/>
      </w:pPr>
      <w:r>
        <w:separator/>
      </w:r>
    </w:p>
  </w:footnote>
  <w:footnote w:type="continuationSeparator" w:id="0">
    <w:p w14:paraId="10742725" w14:textId="77777777" w:rsidR="00A85CA4" w:rsidRDefault="00A85CA4" w:rsidP="00A85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8BD0E" w14:textId="77777777" w:rsidR="00A85CA4" w:rsidRDefault="00A85CA4" w:rsidP="00A85CA4">
    <w:pPr>
      <w:pStyle w:val="Cabealho"/>
      <w:jc w:val="center"/>
    </w:pPr>
    <w:r>
      <w:rPr>
        <w:noProof/>
      </w:rPr>
      <w:drawing>
        <wp:inline distT="0" distB="0" distL="0" distR="0" wp14:anchorId="4FCF126D" wp14:editId="5602B2C4">
          <wp:extent cx="3120894" cy="73755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CULT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0894" cy="73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3A7C"/>
    <w:rsid w:val="00326F90"/>
    <w:rsid w:val="00491004"/>
    <w:rsid w:val="0089169E"/>
    <w:rsid w:val="00A85CA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5058C"/>
  <w14:defaultImageDpi w14:val="300"/>
  <w15:docId w15:val="{92E77E00-4B95-4552-8B77-D4678CB7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65F273-32CB-4EA6-9529-00C52DB6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cp:lastPrinted>2026-06-11T19:51:00Z</cp:lastPrinted>
  <dcterms:created xsi:type="dcterms:W3CDTF">2026-06-11T19:52:00Z</dcterms:created>
  <dcterms:modified xsi:type="dcterms:W3CDTF">2026-06-11T19:52:00Z</dcterms:modified>
  <cp:category/>
</cp:coreProperties>
</file>